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0D1F3E"/>
          <w:sz w:val="36"/>
        </w:rPr>
        <w:t>BusinessKit HQ</w:t>
      </w:r>
      <w:r>
        <w:rPr>
          <w:rFonts w:ascii="Aptos" w:hAnsi="Aptos"/>
          <w:b/>
          <w:color w:val="2563EB"/>
          <w:sz w:val="18"/>
        </w:rPr>
        <w:t xml:space="preserve">  •  EMAIL TEMPLATE</w:t>
      </w:r>
    </w:p>
    <w:p>
      <w:pPr>
        <w:pStyle w:val="Title"/>
        <w:jc w:val="center"/>
      </w:pPr>
      <w:r>
        <w:t>Client Welcome Email</w:t>
      </w:r>
    </w:p>
    <w:p>
      <w:pPr>
        <w:jc w:val="center"/>
      </w:pPr>
      <w:r>
        <w:rPr>
          <w:i/>
          <w:color w:val="4B5563"/>
          <w:sz w:val="21"/>
        </w:rPr>
        <w:t>Start every new client relationship with a polished, professional welcome message.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F3F6F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4B5563"/>
                <w:sz w:val="17"/>
              </w:rPr>
              <w:t xml:space="preserve">CATEGORY: </w:t>
            </w:r>
            <w:r>
              <w:rPr>
                <w:color w:val="111827"/>
                <w:sz w:val="19"/>
              </w:rPr>
              <w:t>Emails</w:t>
            </w:r>
          </w:p>
        </w:tc>
        <w:tc>
          <w:tcPr>
            <w:tcW w:type="dxa" w:w="5040"/>
            <w:shd w:fill="F3F6F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4B5563"/>
                <w:sz w:val="17"/>
              </w:rPr>
              <w:t xml:space="preserve">FORMAT: </w:t>
            </w:r>
            <w:r>
              <w:rPr>
                <w:color w:val="111827"/>
                <w:sz w:val="19"/>
              </w:rPr>
              <w:t>Editable</w:t>
            </w:r>
          </w:p>
        </w:tc>
      </w:tr>
      <w:tr>
        <w:tc>
          <w:tcPr>
            <w:tcW w:type="dxa" w:w="5040"/>
            <w:shd w:fill="F3F6F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4B5563"/>
                <w:sz w:val="17"/>
              </w:rPr>
              <w:t xml:space="preserve">USE: </w:t>
            </w:r>
            <w:r>
              <w:rPr>
                <w:color w:val="111827"/>
                <w:sz w:val="19"/>
              </w:rPr>
              <w:t>New client onboarding</w:t>
            </w:r>
          </w:p>
        </w:tc>
        <w:tc>
          <w:tcPr>
            <w:tcW w:type="dxa" w:w="5040"/>
            <w:shd w:fill="F3F6FB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4B5563"/>
                <w:sz w:val="17"/>
              </w:rPr>
              <w:t xml:space="preserve">BRAND: </w:t>
            </w:r>
            <w:r>
              <w:rPr>
                <w:color w:val="111827"/>
                <w:sz w:val="19"/>
              </w:rPr>
              <w:t>BusinessKitHQ.com</w:t>
            </w:r>
          </w:p>
        </w:tc>
      </w:tr>
    </w:tbl>
    <w:p/>
    <w:p>
      <w:r>
        <w:rPr>
          <w:b/>
          <w:color w:val="2563EB"/>
          <w:sz w:val="18"/>
        </w:rPr>
        <w:t>SUBJECT LINE</w:t>
      </w:r>
    </w:p>
    <w:p>
      <w:r>
        <w:rPr>
          <w:b/>
          <w:color w:val="0D1F3E"/>
          <w:sz w:val="26"/>
        </w:rPr>
        <w:t>Welcome — We’re Excited to Work With You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8FAFC"/>
            <w:tcMar>
              <w:top w:w="220" w:type="dxa"/>
              <w:start w:w="240" w:type="dxa"/>
              <w:bottom w:w="220" w:type="dxa"/>
              <w:end w:w="240" w:type="dxa"/>
            </w:tcMar>
            <w:vAlign w:val="top"/>
          </w:tcPr>
          <w:p>
            <w:r>
              <w:rPr>
                <w:b w:val="0"/>
                <w:sz w:val="21"/>
              </w:rPr>
              <w:t>Hi [Client First Name],</w:t>
            </w:r>
          </w:p>
          <w:p>
            <w:r>
              <w:rPr>
                <w:b/>
                <w:sz w:val="21"/>
              </w:rPr>
              <w:t>Welcome to [Business Name]!</w:t>
            </w:r>
          </w:p>
          <w:p>
            <w:r>
              <w:rPr>
                <w:b w:val="0"/>
                <w:sz w:val="21"/>
              </w:rPr>
              <w:t>We’re excited to have the opportunity to work with you. Our goal is to make the process simple, clear, and enjoyable from start to finish.</w:t>
            </w:r>
          </w:p>
          <w:p>
            <w:r>
              <w:rPr>
                <w:b/>
              </w:rPr>
              <w:t>Here’s what you can expect next:</w:t>
            </w:r>
          </w:p>
          <w:p>
            <w:pPr>
              <w:ind w:left="259"/>
            </w:pPr>
            <w:r>
              <w:rPr>
                <w:b/>
                <w:color w:val="0D1F3E"/>
              </w:rPr>
              <w:t xml:space="preserve">• Next Step: </w:t>
            </w:r>
            <w:r>
              <w:rPr>
                <w:color w:val="374151"/>
              </w:rPr>
              <w:t>[Describe the first step — complete an intake form, schedule a call, send documents, etc.]</w:t>
            </w:r>
          </w:p>
          <w:p>
            <w:pPr>
              <w:ind w:left="259"/>
            </w:pPr>
            <w:r>
              <w:rPr>
                <w:b/>
                <w:color w:val="0D1F3E"/>
              </w:rPr>
              <w:t xml:space="preserve">• Timeline: </w:t>
            </w:r>
            <w:r>
              <w:rPr>
                <w:color w:val="374151"/>
              </w:rPr>
              <w:t>[Add estimated timeline]</w:t>
            </w:r>
          </w:p>
          <w:p>
            <w:pPr>
              <w:ind w:left="259"/>
            </w:pPr>
            <w:r>
              <w:rPr>
                <w:b/>
                <w:color w:val="0D1F3E"/>
              </w:rPr>
              <w:t xml:space="preserve">• Primary Contact: </w:t>
            </w:r>
            <w:r>
              <w:rPr>
                <w:color w:val="374151"/>
              </w:rPr>
              <w:t>[Name / Email / Phone]</w:t>
            </w:r>
          </w:p>
          <w:p>
            <w:pPr>
              <w:ind w:left="259"/>
            </w:pPr>
            <w:r>
              <w:rPr>
                <w:b/>
                <w:color w:val="0D1F3E"/>
              </w:rPr>
              <w:t xml:space="preserve">• What We Need From You: </w:t>
            </w:r>
            <w:r>
              <w:rPr>
                <w:color w:val="374151"/>
              </w:rPr>
              <w:t>[List any documents, information, photos, approvals, or other items needed]</w:t>
            </w:r>
          </w:p>
          <w:p>
            <w:r>
              <w:rPr>
                <w:sz w:val="21"/>
              </w:rPr>
              <w:t>If you have any questions along the way, please feel free to reach out. We’re here to help and want you to feel informed and supported throughout the process.</w:t>
            </w:r>
          </w:p>
          <w:p>
            <w:r>
              <w:rPr>
                <w:sz w:val="21"/>
              </w:rPr>
              <w:t>Thank you for choosing [Business Name]. We look forward to working with you!</w:t>
            </w:r>
          </w:p>
          <w:p>
            <w:r>
              <w:rPr>
                <w:sz w:val="21"/>
              </w:rPr>
              <w:t>Warmly,</w:t>
            </w:r>
          </w:p>
          <w:p>
            <w:r>
              <w:rPr>
                <w:sz w:val="21"/>
              </w:rPr>
              <w:t>[Your Name]</w:t>
              <w:br/>
              <w:t>[Title]</w:t>
              <w:br/>
              <w:t>[Business Name]</w:t>
              <w:br/>
              <w:t>[Email Address]</w:t>
              <w:br/>
              <w:t>[Phone Number]</w:t>
              <w:br/>
              <w:t>[Website]</w:t>
            </w:r>
          </w:p>
        </w:tc>
      </w:tr>
    </w:tbl>
    <w:p>
      <w:r>
        <w:rPr>
          <w:b/>
          <w:color w:val="0D1F3E"/>
          <w:sz w:val="28"/>
        </w:rPr>
        <w:t>Editable Fields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0D1F3E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FFFFFF"/>
                <w:sz w:val="18"/>
              </w:rPr>
              <w:t>Placeholder</w:t>
            </w:r>
          </w:p>
        </w:tc>
        <w:tc>
          <w:tcPr>
            <w:tcW w:type="dxa" w:w="5040"/>
            <w:shd w:fill="0D1F3E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FFFFFF"/>
                <w:sz w:val="18"/>
              </w:rPr>
              <w:t>Replace With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[Client First Name]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Client’s first name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[Business Name]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Your company or brand name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[Describe the first step…]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What the client should do next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[Add estimated timeline]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Expected timeline or milestone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[Name / Email / Phone]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Primary contact information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[List any documents…]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Items you need from the client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[Your Name] / [Title]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Sender name and role</w:t>
            </w:r>
          </w:p>
        </w:tc>
      </w:tr>
      <w:tr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  <w:shd w:fill="F3F6FB"/>
          </w:tcPr>
          <w:p>
            <w:r>
              <w:rPr>
                <w:b/>
                <w:color w:val="2563EB"/>
                <w:sz w:val="18"/>
              </w:rPr>
              <w:t>[Email Address] / [Phone Number] / [Website]</w:t>
            </w:r>
          </w:p>
        </w:tc>
        <w:tc>
          <w:tcPr>
            <w:tcW w:type="dxa" w:w="5040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color w:val="374151"/>
                <w:sz w:val="18"/>
              </w:rPr>
              <w:t>Your contact details</w:t>
            </w:r>
          </w:p>
        </w:tc>
      </w:tr>
    </w:tbl>
    <w:p>
      <w:pPr>
        <w:jc w:val="center"/>
      </w:pPr>
      <w:r>
        <w:rPr>
          <w:color w:val="6B7280"/>
          <w:sz w:val="17"/>
        </w:rPr>
        <w:t>BusinessKitHQ.com  •  Smart, editable business templates for busy owners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F3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D1F3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